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חקר חלופית עם תיק 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עבודת החקר החלופית ואת עקרון ההערכה על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מותר ומה אסור בשימוש ב-AI בעבודת 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מחוון והבנת רמות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הדרך - שאלה, מקורות, טיוטות והגנה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מקור ראשוני ומקור מתנגד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לכתוב פרקים שלמים באמצעות AI, רק לסכם ולהשוות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בשלב הראשון - בכיתה,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תיעוד חובה בשלב ניתוח עם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בטבלת השלבים מצוין '—' עבור נקודת העצירה בשכתוב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המצאת מקורות אסורה באופן 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רמה 3 מוגדרת כשיתוף פעולה עם AI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שגויה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לתיעוד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(פסקת פתיחה בתיק)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(טבלת 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(3 שיחות AI עם הערות)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(טיוטה 1 +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(טיוטה 2 + טבלה)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(תוצר סופי + רפלקציה)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שאלת חקר ועמדה 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איסוף 5 מקורות והערכת אמינותם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שימוש ב-AI לסיכום והשוואה עם תיעוד ביקורתי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טיוטה ראשונה וקבלת משוב מעצב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שכתוב לפי המשוב עם טבלת 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הגשת תוצר סופי והגנה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לדוגמה קונקרטית, תתאר תהליך בדיקה או גילוי טעות, ותציג מסקנה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תזכיר אמינות, בדיקת עובדות, פיתוח חשיבה ביקורתית ואחריות אישית על התוצר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כתיבת פרקים ע"י AI, המצאת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משוב מעצב נועד לשיפור ולא לדירוג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מקור מתנגד מרחיב ראייה ומונע חד-צדדיות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ה-match וה-order כעבודה בזוגות לפני 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רמות AIAS שונות באמצעות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לייחד זמן לדיון בשאלות הרפלקציה הפתוחות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חקר חלופית עם תיק 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בעבודת חקר חלופית הציון לא ניתן רק על התוצר הסופי אלא גם על הדרך: שאלת המחקר, המקורות, השיחות עם AI והטיוטות. בדף הזה נתרגל את השלבים, את הכללים לשימוש ב-AI ואת המחוון.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בעיקר נשען הציון בעבודת החקר החלופית?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הדרך - שאלה, מקורות, טיוטות והגנה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מספר המילים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על שימוש נכון ב-AI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רמת ה-AIAS המומלצת לעבודת החקר?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מקורות צריך לאסוף בשלב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נמשכת ההגנה בעל פה בסוף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נקודות במחוון מוקצות לתוצר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צריך לכלול בין המקורות שאוספים?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מקורות מהאינטרנט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 ראשוני ומקור מתנגד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מקורות מ-AI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להשתמש ב-AI כדי לכתוב את פרקי העבודה במקום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ניסוח שאלת המחקר הראשונית נעשה בלי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לתעד ביקורת על כל שיחת AI שמתקיימת בשלב הניתוח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השכתוב אין נקודת עצירה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להמציא מקורות בעזרת AI אם קשה למצוא מקור אמיתי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AIAS 3 פירושה שיתוף פעולה עם AI ולא איסור מוחלט על שימוש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כתיבת הטיוטה הראשונה, מתקיימת __________ מנחה מספר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המקורות, התיעוד הנדרש הוא __________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לאחר קבלת משוב על הטיוטה, התלמיד עובר לשלב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השכתוב יש לבנות טבלת 'מה __________ ולמה'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האחרון בעבודה הוא הגשת תוצר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אחת משאלות הרפלקציה שואלת איזו תשובת AI התבררה כ__________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לתיעוד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ועמדה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טיוטה 1 + 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תוצר סופי + 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ניתוח עם 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טבלת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 שיחות AI עם הערות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שכתוב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פסקת פתיחה בתיק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תוצר והגנה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טיוטה 2 + טבלה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ב-AI לסיכום והשוואה עם תיעוד ביקורתי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טיוטה ראשונה וקבלת משוב מעצב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הגשת תוצר סופי והגנה בעל 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איסוף 5 מקורות והערכת אמינותם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שאלת חקר ועמדה ראשונית בלי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שכתוב לפי המשוב עם טבלת שינויים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משאלות הרפלקציה בעבודה (למשל: איזו תשובת AI התבררה כשגויה, ואיך גיליתי?) וכתבו תשובה מלאה כאילו סיימתם עבודת חקר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חשוב לתעד ביקורת על תשובות AI ולא רק להעתיק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שאסור לעשות עם AI בעבודת החקר?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משוב מעצב לציון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לכלול מקור מתנגד בין המקורות?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עבודת חקר חלופית עם תיק 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