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עבודת חקר חלופית עם תיק 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עבודת החקר החלופית ואת עקרון ההערכה על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מותר ומה אסור בשימוש ב-AI בעבודת חקר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מחוון והבנת רמות AIAS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הדרך - שאלה, מקורות, טיוטות והגנה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מקור ראשוני ומקור מתנגד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לכתוב פרקים שלמים באמצעות AI, רק לסכם ולהשוות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בשלב הראשון - בכיתה,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תיעוד חובה בשלב ניתוח עם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בטבלת השלבים מצוין '—' עבור נקודת העצירה בשכתוב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המצאת מקורות אסורה באופן 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רמה 3 מוגדרת כשיתוף פעולה עם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שגויה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לתיעוד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(פסקת פתיחה בתיק)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(טבלת מקורות)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(3 שיחות AI עם הערות)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(טיוטה 1 + משוב)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(טיוטה 2 + טבלה)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(תוצר סופי + רפלקציה)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העבודה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ניסוח שאלת חקר ועמדה ראשונית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איסוף 5 מקורות והערכת אמינותם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שימוש ב-AI לסיכום והשוואה עם תיעוד ביקורתי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טיוטה ראשונה וקבלת משוב מעצב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שכתוב לפי המשוב עם טבלת 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הגשת תוצר סופי והגנה בעל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תתייחס לדוגמה קונקרטית, תתאר תהליך בדיקה או גילוי טעות, ותציג מסקנה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תזכיר אמינות, בדיקת עובדות, פיתוח חשיבה ביקורתית ואחריות אישית על התוצר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כתיבת פרקים ע"י AI, המצאת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משוב מעצב נועד לשיפור ולא לדירוג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מקור מתנגד מרחיב ראייה ומונע חד-צדדיות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ה-match וה-order כעבודה בזוגות לפני 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רמות AIAS שונות באמצעות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לייחד זמן לדיון בשאלות הרפלקציה הפתוחות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עבודת חקר חלופית עם תיק 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בעבודה הזו בודקים גם איך עבדתם, לא רק מה הגשתם בסוף. יש שלבים, יש כללים לשימוש בבינה מלאכותית, ויש מחוון לציון.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של כל השלבים והמסמכים שליוו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שבו בודקים עם מורה או עם הקבוצה לפני שממשיכים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שמגדיר כמה מותר להשתמש בבינה מלאכותית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מתנגד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שמביע דעה הפוכה מהעמדה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מעצב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שמטרתן לעזור לשפר את הטיוטה, לא לתת ציון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 על AI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אם התשובה שקיבלנו מדויקת ואמינה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 בעל 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מסבירים ומנמקים את העבודה מול מורה או שופטים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אישית על התהליך ועל מה שלמדנו ממנו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הכי חשוב לציון בעבודה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על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הדרך - שאלה, מקורות, טיוטות והגנה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על מספר המילים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על שימוש נכון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מספר AIAS מתאים לעבודה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מקורות צריך למצוא?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מדברים בהגנה?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נקודות התוצר שווה?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סוגי מקורות צריך?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מקורות מהאינטרנט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מקור ראשוני ומקור מתנגד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מקורות מ-AI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להשתמש ב-AI כדי לכתוב את פרקי העבודה במקום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ניסוח שאלת המחקר הראשונית נעשה בלי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לתעד ביקורת על כל שיחת AI שמתקיימת בשלב הניתוח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השכתוב אין נקודת עצירה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להמציא מקורות בעזרת AI אם קשה למצוא מקור אמיתי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AIAS 3 פירושה שיתוף פעולה עם AI ולא איסור מוחלט על שימוש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כתיבת הטיוטה הראשונה, מתקיימת __________ מנחה מספר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המקורות, התיעוד הנדרש הוא __________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לאחר קבלת משוב על הטיוטה, התלמיד עובר לשלב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השכתוב יש לבנות טבלת 'מה __________ ולמה'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האחרון בעבודה הוא הגשת תוצר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אחת משאלות הרפלקציה שואלת איזו תשובת AI התבררה כ__________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לתיעוד הנדרש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שאלה ועמדה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תוצר סופי + רפלקציה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3 שיחות AI עם הערות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ניתוח עם 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טבלת 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טיוטה 2 + טבלה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שכתוב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טיוטה 1 + משוב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תוצר והגנה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פסקת פתיחה בתיק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העבודה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ב-AI לסיכום והשוואה עם תיעוד ביקורתי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הגשת תוצר סופי והגנה בעל 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שאלת חקר ועמדה ראשונית בלי 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שכתוב לפי המשוב עם טבלת שינויים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טיוטה ראשונה וקבלת משוב מעצב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איסוף 5 מקורות והערכת אמינותם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משאלות הרפלקציה בעבודה (למשל: איזו תשובת AI התבררה כשגויה, ואיך גיליתי?) וכתבו תשובה מלאה כאילו סיימתם עבודת חקר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חשוב לתעד ביקורת על תשובות AI ולא רק להעתיק אותן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דברים שאסור לעשות עם AI בעבודת החקר?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משוב מעצב לציון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לכלול מקור מתנגד בין המקורות?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עבודת חקר חלופית עם תיק 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