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עבודת חקר חלופית עם תיק 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עבודת החקר החלופית ואת עקרון ההערכה על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מותר ומה אסור בשימוש ב-AI בעבודת חקר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מחוון והבנת רמות AIAS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הדרך - שאלה, מקורות, טיוטות והגנה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רמה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לכתוב פרקים שלמים באמצעות AI, רק לסכם ולהשוות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בשלב הראשון - בכיתה, בלי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בטבלת השלבים מצוין '—' עבור נקודת העצירה בשכתוב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שכתוב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שלב לתיעוד הנדרש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(פסקת פתיחה בתיק)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(טבלת מקורות)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(3 שיחות AI עם הערות)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(טיוטה 1 + משוב)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העבודה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ניסוח שאלת חקר ועמדה ראשונית בלי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איסוף 5 מקורות והערכת אמינותם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שימוש ב-AI לסיכום והשוואה עם תיעוד ביקורתי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טיוטה ראשונה וקבלת משוב מעצב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תתייחס לדוגמה קונקרטית, תתאר תהליך בדיקה או גילוי טעות, ותציג מסקנה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כתיבת פרקים ע"י AI, המצאת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משוב מעצב נועד לשיפור ולא לדירוג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ציפייה: מקור מתנגד מרחיב ראייה ומונע חד-צדדיות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ה-match וה-order כעבודה בזוגות לפני 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רמות AIAS שונות באמצעות דוגמאות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לייחד זמן לדיון בשאלות הרפלקציה הפתוחות בסוף השיעור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עבודת חקר חלופית עם תיק 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בעבודת חקר חלופית הציון לא ניתן רק על התוצר הסופי אלא גם על הדרך: שאלת המחקר, המקורות, השיחות עם AI והטיוטות. בדף הזה נתרגל את השלבים, את הכללים לשימוש ב-AI ואת המחוון.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טבלת  ·  שכתוב  ·  שיחת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מה בעיקר נשען הציון בעבודת החקר החלופית?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על התוצר הסופי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הדרך - שאלה, מקורות, טיוטות והגנה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על מספר המילים בעבודה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רמת ה-AIAS המומלצת לעבודת החקר?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רמה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רמה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רמה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מקורות צריך לאסוף בשלב המקורות?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להשתמש ב-AI כדי לכתוב את פרקי העבודה במקום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שלב ניסוח שאלת המחקר הראשונית נעשה בלי AI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בשלב השכתוב אין נקודת עצירה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כתיבת הטיוטה הראשונה, מתקיימת __________ מנחה מספר 1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בשלב המקורות, התיעוד הנדרש הוא __________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לאחר קבלת משוב על הטיוטה, התלמיד עובר לשלב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שלב לתיעוד הנדרש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שאלה ועמדה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טבלת מקורות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מקורות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3 שיחות AI עם הערות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ניתוח עם AI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טיוטה 1 + משוב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טיוטה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פסקת פתיחה בתיק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שלבי העבודה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איסוף 5 מקורות והערכת אמינותם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שימוש ב-AI לסיכום והשוואה עם תיעוד ביקורתי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טיוטה ראשונה וקבלת משוב מעצב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ניסוח שאלת חקר ועמדה ראשונית בלי AI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אחת משאלות הרפלקציה בעבודה (למשל: איזו תשובת AI התבררה כשגויה, ואיך גיליתי?) וכתבו תשובה מלאה כאילו סיימתם עבודת חקר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דברים שאסור לעשות עם AI בעבודת החקר?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משוב מעצב לציון סופי?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עבודת חקר חלופית עם תיק תהליך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